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2C6" w:rsidRPr="00486CAB" w:rsidRDefault="00F1428B">
      <w:pPr>
        <w:jc w:val="center"/>
        <w:rPr>
          <w:lang w:val="es-ES_tradnl"/>
        </w:rPr>
      </w:pPr>
      <w:r w:rsidRPr="00486CAB">
        <w:rPr>
          <w:rFonts w:ascii="Arial" w:hAnsi="Arial"/>
          <w:b/>
          <w:sz w:val="50"/>
          <w:lang w:val="es-ES_tradnl"/>
        </w:rPr>
        <w:t>SEMESCyL</w:t>
      </w:r>
    </w:p>
    <w:p w:rsidR="00B322C6" w:rsidRPr="00486CAB" w:rsidRDefault="00F1428B">
      <w:pPr>
        <w:jc w:val="center"/>
        <w:rPr>
          <w:lang w:val="es-ES_tradnl"/>
        </w:rPr>
      </w:pPr>
      <w:r w:rsidRPr="00486CAB">
        <w:rPr>
          <w:rFonts w:ascii="Arial" w:hAnsi="Arial"/>
          <w:b/>
          <w:color w:val="C62828"/>
          <w:sz w:val="34"/>
          <w:lang w:val="es-ES_tradnl"/>
        </w:rPr>
        <w:t>FORMULARIO DE SOLICITUD — 6 AYUDAS</w:t>
      </w:r>
    </w:p>
    <w:p w:rsidR="00B322C6" w:rsidRPr="00486CAB" w:rsidRDefault="00F1428B">
      <w:pPr>
        <w:jc w:val="center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I Jornadas Nacionales de Enfermería de Urgencias y Emergencias · Valencia · 15–16 octubre 2026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INSTRUCCIONES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Formulario dirigido a socios/as de SEMES del colectivo de Enfermería adscritos/as a SEMESCyL. La ayuda cubre exclusivamente la inscripción. La adjudicación se realizará mediante selección aleatoria entre las solicitudes admitidas. Plazo: hasta el 7 de octubre de 2026 a las 23:59 h.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1. DATOS DE LA PERSONA SOLICITANTE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Nombre y apellidos*</w:t>
      </w:r>
      <w:r w:rsidRPr="00486CAB">
        <w:rPr>
          <w:rFonts w:ascii="Arial" w:hAnsi="Arial"/>
          <w:sz w:val="21"/>
          <w:lang w:val="es-ES_tradnl"/>
        </w:rPr>
        <w:br/>
        <w:t>Respuesta: ______________________________________________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Correo electrónico*</w:t>
      </w:r>
      <w:r w:rsidRPr="00486CAB">
        <w:rPr>
          <w:rFonts w:ascii="Arial" w:hAnsi="Arial"/>
          <w:sz w:val="21"/>
          <w:lang w:val="es-ES_tradnl"/>
        </w:rPr>
        <w:br/>
        <w:t>Respuesta: ______________________________________________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Teléfono móvil (opcional)</w:t>
      </w:r>
      <w:r w:rsidRPr="00486CAB">
        <w:rPr>
          <w:rFonts w:ascii="Arial" w:hAnsi="Arial"/>
          <w:sz w:val="21"/>
          <w:lang w:val="es-ES_tradnl"/>
        </w:rPr>
        <w:br/>
        <w:t>Respuesta: ______________________________________________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Número de socio/a de SEMES*</w:t>
      </w:r>
      <w:r w:rsidRPr="00486CAB">
        <w:rPr>
          <w:rFonts w:ascii="Arial" w:hAnsi="Arial"/>
          <w:sz w:val="21"/>
          <w:lang w:val="es-ES_tradnl"/>
        </w:rPr>
        <w:br/>
        <w:t>Respuesta: ______________________________________________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2. COMPROBACIÓN DE REQUISITOS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¿Perteneces al colectivo profesional de </w:t>
      </w:r>
      <w:r w:rsidR="00486CAB" w:rsidRPr="00486CAB">
        <w:rPr>
          <w:rFonts w:ascii="Arial" w:hAnsi="Arial"/>
          <w:sz w:val="21"/>
          <w:lang w:val="es-ES_tradnl"/>
        </w:rPr>
        <w:t>Enfermería? *</w:t>
      </w:r>
      <w:r w:rsidRPr="00486CAB">
        <w:rPr>
          <w:rFonts w:ascii="Arial" w:hAnsi="Arial"/>
          <w:sz w:val="21"/>
          <w:lang w:val="es-ES_tradnl"/>
        </w:rPr>
        <w:t xml:space="preserve"> ☐ Sí ☐ No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¿Eres socio/a de </w:t>
      </w:r>
      <w:r w:rsidR="00486CAB" w:rsidRPr="00486CAB">
        <w:rPr>
          <w:rFonts w:ascii="Arial" w:hAnsi="Arial"/>
          <w:sz w:val="21"/>
          <w:lang w:val="es-ES_tradnl"/>
        </w:rPr>
        <w:t>SEMES? *</w:t>
      </w:r>
      <w:r w:rsidRPr="00486CAB">
        <w:rPr>
          <w:rFonts w:ascii="Arial" w:hAnsi="Arial"/>
          <w:sz w:val="21"/>
          <w:lang w:val="es-ES_tradnl"/>
        </w:rPr>
        <w:t xml:space="preserve"> ☐ Sí ☐ No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¿Estás adscrito/a </w:t>
      </w:r>
      <w:proofErr w:type="spellStart"/>
      <w:r w:rsidRPr="00486CAB">
        <w:rPr>
          <w:rFonts w:ascii="Arial" w:hAnsi="Arial"/>
          <w:sz w:val="21"/>
          <w:lang w:val="es-ES_tradnl"/>
        </w:rPr>
        <w:t>a</w:t>
      </w:r>
      <w:proofErr w:type="spellEnd"/>
      <w:r w:rsidRPr="00486CAB">
        <w:rPr>
          <w:rFonts w:ascii="Arial" w:hAnsi="Arial"/>
          <w:sz w:val="21"/>
          <w:lang w:val="es-ES_tradnl"/>
        </w:rPr>
        <w:t xml:space="preserve"> </w:t>
      </w:r>
      <w:r w:rsidR="00486CAB" w:rsidRPr="00486CAB">
        <w:rPr>
          <w:rFonts w:ascii="Arial" w:hAnsi="Arial"/>
          <w:sz w:val="21"/>
          <w:lang w:val="es-ES_tradnl"/>
        </w:rPr>
        <w:t>SEMESCyL</w:t>
      </w:r>
      <w:r w:rsidR="00486CAB">
        <w:rPr>
          <w:rFonts w:ascii="Arial" w:hAnsi="Arial"/>
          <w:sz w:val="21"/>
          <w:lang w:val="es-ES_tradnl"/>
        </w:rPr>
        <w:t>?</w:t>
      </w:r>
      <w:r w:rsidRPr="00486CAB">
        <w:rPr>
          <w:rFonts w:ascii="Arial" w:hAnsi="Arial"/>
          <w:sz w:val="21"/>
          <w:lang w:val="es-ES_tradnl"/>
        </w:rPr>
        <w:t>* ☐ Sí ☐ No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¿Eres mayor de </w:t>
      </w:r>
      <w:r w:rsidR="00486CAB" w:rsidRPr="00486CAB">
        <w:rPr>
          <w:rFonts w:ascii="Arial" w:hAnsi="Arial"/>
          <w:sz w:val="21"/>
          <w:lang w:val="es-ES_tradnl"/>
        </w:rPr>
        <w:t>edad? *</w:t>
      </w:r>
      <w:r w:rsidRPr="00486CAB">
        <w:rPr>
          <w:rFonts w:ascii="Arial" w:hAnsi="Arial"/>
          <w:sz w:val="21"/>
          <w:lang w:val="es-ES_tradnl"/>
        </w:rPr>
        <w:t xml:space="preserve"> ☐ Sí ☐ No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¿Estás al corriente de tus obligaciones como socio/</w:t>
      </w:r>
      <w:r w:rsidR="00486CAB" w:rsidRPr="00486CAB">
        <w:rPr>
          <w:rFonts w:ascii="Arial" w:hAnsi="Arial"/>
          <w:sz w:val="21"/>
          <w:lang w:val="es-ES_tradnl"/>
        </w:rPr>
        <w:t>a? *</w:t>
      </w:r>
      <w:r w:rsidRPr="00486CAB">
        <w:rPr>
          <w:rFonts w:ascii="Arial" w:hAnsi="Arial"/>
          <w:sz w:val="21"/>
          <w:lang w:val="es-ES_tradnl"/>
        </w:rPr>
        <w:t xml:space="preserve"> ☐ Sí ☐ No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¿Tienes intención de asistir presencialmente a las </w:t>
      </w:r>
      <w:r w:rsidR="00486CAB" w:rsidRPr="00486CAB">
        <w:rPr>
          <w:rFonts w:ascii="Arial" w:hAnsi="Arial"/>
          <w:sz w:val="21"/>
          <w:lang w:val="es-ES_tradnl"/>
        </w:rPr>
        <w:t>Jornadas? *</w:t>
      </w:r>
      <w:r w:rsidRPr="00486CAB">
        <w:rPr>
          <w:rFonts w:ascii="Arial" w:hAnsi="Arial"/>
          <w:sz w:val="21"/>
          <w:lang w:val="es-ES_tradnl"/>
        </w:rPr>
        <w:t xml:space="preserve"> ☐ Sí ☐ No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3. SITUACIÓN DE LA INSCRIPCIÓN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¿Cuál es tu situación actual respecto a la </w:t>
      </w:r>
      <w:r w:rsidR="00486CAB" w:rsidRPr="00486CAB">
        <w:rPr>
          <w:rFonts w:ascii="Arial" w:hAnsi="Arial"/>
          <w:sz w:val="21"/>
          <w:lang w:val="es-ES_tradnl"/>
        </w:rPr>
        <w:t>inscripción? *</w:t>
      </w:r>
    </w:p>
    <w:p w:rsidR="00B322C6" w:rsidRPr="00486CAB" w:rsidRDefault="00F1428B" w:rsidP="00CA28BD">
      <w:pPr>
        <w:pStyle w:val="Listaconvietas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No estoy inscrito/a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 xml:space="preserve">¿Has solicitado u obtenido alguna ayuda, invitación, código gratuito, descuento o financiación para esta misma </w:t>
      </w:r>
      <w:bookmarkStart w:id="0" w:name="_GoBack"/>
      <w:bookmarkEnd w:id="0"/>
      <w:r w:rsidR="00486CAB" w:rsidRPr="00486CAB">
        <w:rPr>
          <w:rFonts w:ascii="Arial" w:hAnsi="Arial"/>
          <w:sz w:val="21"/>
          <w:lang w:val="es-ES_tradnl"/>
        </w:rPr>
        <w:t>inscripción? *</w:t>
      </w:r>
      <w:r w:rsidRPr="00486CAB">
        <w:rPr>
          <w:rFonts w:ascii="Arial" w:hAnsi="Arial"/>
          <w:sz w:val="21"/>
          <w:lang w:val="es-ES_tradnl"/>
        </w:rPr>
        <w:t xml:space="preserve"> ☐ No ☐ Sí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Si has respondido Sí, indica cuál y quién la concede:</w:t>
      </w:r>
      <w:r w:rsidRPr="00486CAB">
        <w:rPr>
          <w:rFonts w:ascii="Arial" w:hAnsi="Arial"/>
          <w:sz w:val="21"/>
          <w:lang w:val="es-ES_tradnl"/>
        </w:rPr>
        <w:br/>
        <w:t>____________________________________________________________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4. DECLARACIONES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Declaro que la información facilitada es veraz.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Declaro que cumplo los requisitos establecidos en las bases.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Me comprometo a comunicar cualquier cambio que afecte a mi solicitud o a la compatibilidad de la ayuda.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Acepto que la adjudicación se realice mediante selección aleatoria.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lastRenderedPageBreak/>
        <w:t>☐ En caso de resultar seleccionado/a, acepto asistir a las Jornadas.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En caso de resultar beneficiario/a, acepto elaborar y presentar, como primera autora salvo causa justificada, un trabajo científico en el próximo Congreso de SEMESCyL posterior a las Jornadas.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He leído y acepto íntegramente las bases de la convocatoria.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He leído la información básica de protección de datos.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5. ACEPTACIÓN FINAL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☐ Solicito participar en la convocatoria de las seis ayudas de SEMESCyL para las I Jornadas Nacionales de Enfermería de Urgencias y Emergencias.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Fecha de presentación: ____ / ____ / 2026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El código identificativo de la solicitud será asignado por SEMESCyL y utilizado para la comunicación pública del procedimiento.</w:t>
      </w:r>
    </w:p>
    <w:p w:rsidR="00B322C6" w:rsidRPr="00486CAB" w:rsidRDefault="00F1428B">
      <w:pPr>
        <w:rPr>
          <w:lang w:val="es-ES_tradnl"/>
        </w:rPr>
      </w:pPr>
      <w:r w:rsidRPr="00486CAB">
        <w:rPr>
          <w:rFonts w:ascii="Arial" w:hAnsi="Arial"/>
          <w:b/>
          <w:color w:val="C62828"/>
          <w:sz w:val="26"/>
          <w:lang w:val="es-ES_tradnl"/>
        </w:rPr>
        <w:t>INFORMACIÓN BÁSICA DE PROTECCIÓN DE DATOS</w:t>
      </w:r>
    </w:p>
    <w:p w:rsidR="00B322C6" w:rsidRPr="00486CAB" w:rsidRDefault="00F1428B">
      <w:pPr>
        <w:spacing w:after="100"/>
        <w:rPr>
          <w:lang w:val="es-ES_tradnl"/>
        </w:rPr>
      </w:pPr>
      <w:r w:rsidRPr="00486CAB">
        <w:rPr>
          <w:rFonts w:ascii="Arial" w:hAnsi="Arial"/>
          <w:sz w:val="21"/>
          <w:lang w:val="es-ES_tradnl"/>
        </w:rPr>
        <w:t>Responsable: SEMES, en el marco de la gestión de las actividades de SEMESCyL. Finalidad: gestionar la convocatoria, comprobar requisitos, seleccionar beneficiarios, formalizar inscripciones y realizar el seguimiento de las obligaciones asociadas. Los datos podrán comunicarse a la organización de las Jornadas o a proveedores que intervengan necesariamente en su gestión. La persona interesada podrá ejercer los derechos reconocidos por la normativa aplicable y reclamar ante la autoridad de control competente. La información completa de privacidad deberá estar disponible antes del envío del formulario.</w:t>
      </w:r>
    </w:p>
    <w:sectPr w:rsidR="00B322C6" w:rsidRPr="00486CAB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6CAB"/>
    <w:rsid w:val="00AA1D8D"/>
    <w:rsid w:val="00B322C6"/>
    <w:rsid w:val="00B47730"/>
    <w:rsid w:val="00CA28BD"/>
    <w:rsid w:val="00CB0664"/>
    <w:rsid w:val="00F142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1BF1A1"/>
  <w14:defaultImageDpi w14:val="300"/>
  <w15:docId w15:val="{CE3C89DA-8F16-4168-B5C9-CB59883C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2DAFAA-7178-4E48-BFFC-868652CE1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488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Martin, M Asuncion</cp:lastModifiedBy>
  <cp:revision>3</cp:revision>
  <dcterms:created xsi:type="dcterms:W3CDTF">2026-10-04T18:43:00Z</dcterms:created>
  <dcterms:modified xsi:type="dcterms:W3CDTF">2026-10-04T18:50:00Z</dcterms:modified>
  <cp:category/>
</cp:coreProperties>
</file>